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95FD" w14:textId="532816DE" w:rsidR="00A148DE" w:rsidRPr="0097703E" w:rsidRDefault="00F53DF1" w:rsidP="0097703E">
      <w:pPr>
        <w:jc w:val="right"/>
        <w:rPr>
          <w:i/>
          <w:iCs/>
          <w:sz w:val="24"/>
          <w:szCs w:val="24"/>
          <w:lang w:val="pl-PL"/>
        </w:rPr>
      </w:pPr>
      <w:r>
        <w:rPr>
          <w:b/>
          <w:noProof/>
          <w:sz w:val="32"/>
        </w:rPr>
        <w:drawing>
          <wp:anchor distT="0" distB="0" distL="114300" distR="114300" simplePos="0" relativeHeight="251658752" behindDoc="0" locked="0" layoutInCell="1" allowOverlap="1" wp14:anchorId="78B438AC" wp14:editId="235E80A7">
            <wp:simplePos x="0" y="0"/>
            <wp:positionH relativeFrom="margin">
              <wp:posOffset>-259080</wp:posOffset>
            </wp:positionH>
            <wp:positionV relativeFrom="margin">
              <wp:posOffset>-548005</wp:posOffset>
            </wp:positionV>
            <wp:extent cx="1058372" cy="784860"/>
            <wp:effectExtent l="0" t="0" r="8890" b="0"/>
            <wp:wrapSquare wrapText="bothSides"/>
            <wp:docPr id="671044114" name="Obraz 1" descr="The image depicts the TRILEVEL logo, featuring a vibrant, colorful, tri-colored circular design with a distinctive, stylized, abstract, and geometric pattern.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044114" name="Obraz 1" descr="The image depicts the TRILEVEL logo, featuring a vibrant, colorful, tri-colored circular design with a distinctive, stylized, abstract, and geometric pattern.&#10;&#10;Zawartość wygenerowana przez AI może być niepoprawna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8372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76A5D">
        <w:rPr>
          <w:b/>
          <w:bCs/>
          <w:noProof/>
          <w:lang w:val="pl-PL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147040D5" wp14:editId="4C143BC4">
                <wp:simplePos x="0" y="0"/>
                <wp:positionH relativeFrom="margin">
                  <wp:posOffset>-297180</wp:posOffset>
                </wp:positionH>
                <wp:positionV relativeFrom="margin">
                  <wp:posOffset>7620</wp:posOffset>
                </wp:positionV>
                <wp:extent cx="2499360" cy="64770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936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F610D" w14:textId="77777777" w:rsidR="00576A5D" w:rsidRPr="00A148DE" w:rsidRDefault="00576A5D" w:rsidP="0088642D">
                            <w:pPr>
                              <w:spacing w:after="0" w:line="240" w:lineRule="auto"/>
                              <w:rPr>
                                <w:i/>
                                <w:iCs/>
                                <w:lang w:val="pl-PL"/>
                              </w:rPr>
                            </w:pPr>
                            <w:r w:rsidRPr="00A148DE">
                              <w:rPr>
                                <w:b/>
                                <w:bCs/>
                                <w:sz w:val="28"/>
                                <w:szCs w:val="28"/>
                                <w:lang w:val="pl-PL"/>
                              </w:rPr>
                              <w:t>Klub Sportowy Tri Level</w:t>
                            </w:r>
                            <w:r w:rsidRPr="00A148DE">
                              <w:rPr>
                                <w:b/>
                                <w:bCs/>
                                <w:sz w:val="28"/>
                                <w:szCs w:val="28"/>
                                <w:lang w:val="pl-PL"/>
                              </w:rPr>
                              <w:tab/>
                            </w:r>
                            <w:r w:rsidRPr="00A148DE">
                              <w:rPr>
                                <w:b/>
                                <w:bCs/>
                                <w:lang w:val="pl-PL"/>
                              </w:rPr>
                              <w:tab/>
                            </w:r>
                          </w:p>
                          <w:p w14:paraId="39CAE9CB" w14:textId="77777777" w:rsidR="00576A5D" w:rsidRPr="00A148DE" w:rsidRDefault="00576A5D" w:rsidP="0088642D">
                            <w:pPr>
                              <w:spacing w:after="0" w:line="240" w:lineRule="auto"/>
                              <w:rPr>
                                <w:lang w:val="pl-PL"/>
                              </w:rPr>
                            </w:pPr>
                            <w:r w:rsidRPr="00A148DE">
                              <w:rPr>
                                <w:lang w:val="pl-PL"/>
                              </w:rPr>
                              <w:t xml:space="preserve">NIP 5361978540,  Regon 528082176 </w:t>
                            </w:r>
                          </w:p>
                          <w:p w14:paraId="3877E1D2" w14:textId="77777777" w:rsidR="00576A5D" w:rsidRPr="00A148DE" w:rsidRDefault="00576A5D" w:rsidP="0088642D">
                            <w:pPr>
                              <w:spacing w:after="0" w:line="240" w:lineRule="auto"/>
                              <w:rPr>
                                <w:lang w:val="pl-PL"/>
                              </w:rPr>
                            </w:pPr>
                            <w:r w:rsidRPr="00A148DE">
                              <w:rPr>
                                <w:lang w:val="pl-PL"/>
                              </w:rPr>
                              <w:t xml:space="preserve">05-126 Nieporęt, Al. </w:t>
                            </w:r>
                            <w:proofErr w:type="spellStart"/>
                            <w:r w:rsidRPr="00A148DE">
                              <w:rPr>
                                <w:lang w:val="pl-PL"/>
                              </w:rPr>
                              <w:t>H.Sienkiewicza</w:t>
                            </w:r>
                            <w:proofErr w:type="spellEnd"/>
                            <w:r w:rsidRPr="00A148DE">
                              <w:rPr>
                                <w:lang w:val="pl-PL"/>
                              </w:rPr>
                              <w:t xml:space="preserve"> 22</w:t>
                            </w:r>
                          </w:p>
                          <w:p w14:paraId="1AB73EC2" w14:textId="18BF8EA0" w:rsidR="00576A5D" w:rsidRPr="00576A5D" w:rsidRDefault="00576A5D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7040D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23.4pt;margin-top:.6pt;width:196.8pt;height:51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" filled="f" stroked="f">
                <v:textbox>
                  <w:txbxContent>
                    <w:p w14:paraId="07CF610D" w14:textId="77777777" w:rsidR="00576A5D" w:rsidRPr="00A148DE" w:rsidRDefault="00576A5D" w:rsidP="0088642D">
                      <w:pPr>
                        <w:spacing w:after="0" w:line="240" w:lineRule="auto"/>
                        <w:rPr>
                          <w:i/>
                          <w:iCs/>
                          <w:lang w:val="pl-PL"/>
                        </w:rPr>
                      </w:pPr>
                      <w:r w:rsidRPr="00A148DE">
                        <w:rPr>
                          <w:b/>
                          <w:bCs/>
                          <w:sz w:val="28"/>
                          <w:szCs w:val="28"/>
                          <w:lang w:val="pl-PL"/>
                        </w:rPr>
                        <w:t>Klub Sportowy Tri Level</w:t>
                      </w:r>
                      <w:r w:rsidRPr="00A148DE">
                        <w:rPr>
                          <w:b/>
                          <w:bCs/>
                          <w:sz w:val="28"/>
                          <w:szCs w:val="28"/>
                          <w:lang w:val="pl-PL"/>
                        </w:rPr>
                        <w:tab/>
                      </w:r>
                      <w:r w:rsidRPr="00A148DE">
                        <w:rPr>
                          <w:b/>
                          <w:bCs/>
                          <w:lang w:val="pl-PL"/>
                        </w:rPr>
                        <w:tab/>
                      </w:r>
                    </w:p>
                    <w:p w14:paraId="39CAE9CB" w14:textId="77777777" w:rsidR="00576A5D" w:rsidRPr="00A148DE" w:rsidRDefault="00576A5D" w:rsidP="0088642D">
                      <w:pPr>
                        <w:spacing w:after="0" w:line="240" w:lineRule="auto"/>
                        <w:rPr>
                          <w:lang w:val="pl-PL"/>
                        </w:rPr>
                      </w:pPr>
                      <w:r w:rsidRPr="00A148DE">
                        <w:rPr>
                          <w:lang w:val="pl-PL"/>
                        </w:rPr>
                        <w:t xml:space="preserve">NIP 5361978540,  Regon 528082176 </w:t>
                      </w:r>
                    </w:p>
                    <w:p w14:paraId="3877E1D2" w14:textId="77777777" w:rsidR="00576A5D" w:rsidRPr="00A148DE" w:rsidRDefault="00576A5D" w:rsidP="0088642D">
                      <w:pPr>
                        <w:spacing w:after="0" w:line="240" w:lineRule="auto"/>
                        <w:rPr>
                          <w:lang w:val="pl-PL"/>
                        </w:rPr>
                      </w:pPr>
                      <w:r w:rsidRPr="00A148DE">
                        <w:rPr>
                          <w:lang w:val="pl-PL"/>
                        </w:rPr>
                        <w:t xml:space="preserve">05-126 Nieporęt, Al. </w:t>
                      </w:r>
                      <w:proofErr w:type="spellStart"/>
                      <w:r w:rsidRPr="00A148DE">
                        <w:rPr>
                          <w:lang w:val="pl-PL"/>
                        </w:rPr>
                        <w:t>H.Sienkiewicza</w:t>
                      </w:r>
                      <w:proofErr w:type="spellEnd"/>
                      <w:r w:rsidRPr="00A148DE">
                        <w:rPr>
                          <w:lang w:val="pl-PL"/>
                        </w:rPr>
                        <w:t xml:space="preserve"> 22</w:t>
                      </w:r>
                    </w:p>
                    <w:p w14:paraId="1AB73EC2" w14:textId="18BF8EA0" w:rsidR="00576A5D" w:rsidRPr="00576A5D" w:rsidRDefault="00576A5D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148DE" w:rsidRPr="00A148DE">
        <w:rPr>
          <w:b/>
          <w:bCs/>
          <w:lang w:val="pl-PL"/>
        </w:rPr>
        <w:t xml:space="preserve"> </w:t>
      </w:r>
      <w:r w:rsidR="0097703E" w:rsidRPr="0097703E">
        <w:rPr>
          <w:i/>
          <w:iCs/>
          <w:sz w:val="24"/>
          <w:szCs w:val="24"/>
          <w:lang w:val="pl-PL"/>
        </w:rPr>
        <w:t>Nieporęt 1</w:t>
      </w:r>
      <w:r w:rsidR="002708B5">
        <w:rPr>
          <w:i/>
          <w:iCs/>
          <w:sz w:val="24"/>
          <w:szCs w:val="24"/>
          <w:lang w:val="pl-PL"/>
        </w:rPr>
        <w:t>5</w:t>
      </w:r>
      <w:r w:rsidR="0097703E" w:rsidRPr="0097703E">
        <w:rPr>
          <w:i/>
          <w:iCs/>
          <w:sz w:val="24"/>
          <w:szCs w:val="24"/>
          <w:lang w:val="pl-PL"/>
        </w:rPr>
        <w:t>.05.2026</w:t>
      </w:r>
    </w:p>
    <w:p w14:paraId="6B588B8A" w14:textId="77777777" w:rsidR="003C24A1" w:rsidRDefault="003C24A1" w:rsidP="003C24A1">
      <w:pPr>
        <w:spacing w:after="0" w:line="240" w:lineRule="auto"/>
        <w:rPr>
          <w:b/>
          <w:bCs/>
          <w:sz w:val="24"/>
          <w:szCs w:val="24"/>
          <w:lang w:val="pl-PL"/>
        </w:rPr>
      </w:pPr>
    </w:p>
    <w:p w14:paraId="1EA7491F" w14:textId="77777777" w:rsidR="00F53DF1" w:rsidRDefault="00F53DF1" w:rsidP="003C24A1">
      <w:pPr>
        <w:spacing w:after="0" w:line="240" w:lineRule="auto"/>
        <w:jc w:val="center"/>
        <w:rPr>
          <w:b/>
          <w:bCs/>
          <w:sz w:val="24"/>
          <w:szCs w:val="24"/>
          <w:lang w:val="pl-PL"/>
        </w:rPr>
      </w:pPr>
    </w:p>
    <w:p w14:paraId="2329D103" w14:textId="44021332" w:rsidR="003C24A1" w:rsidRPr="003C24A1" w:rsidRDefault="003C24A1" w:rsidP="003C24A1">
      <w:pPr>
        <w:spacing w:after="0" w:line="240" w:lineRule="auto"/>
        <w:jc w:val="center"/>
        <w:rPr>
          <w:b/>
          <w:bCs/>
          <w:sz w:val="24"/>
          <w:szCs w:val="24"/>
          <w:lang w:val="pl-PL"/>
        </w:rPr>
      </w:pPr>
      <w:r w:rsidRPr="003C24A1">
        <w:rPr>
          <w:b/>
          <w:bCs/>
          <w:sz w:val="24"/>
          <w:szCs w:val="24"/>
          <w:lang w:val="pl-PL"/>
        </w:rPr>
        <w:t>REGULAMIN</w:t>
      </w:r>
    </w:p>
    <w:p w14:paraId="164420D5" w14:textId="1D5D6153" w:rsidR="003C24A1" w:rsidRDefault="00F53DF1" w:rsidP="003C24A1">
      <w:pPr>
        <w:spacing w:after="0" w:line="240" w:lineRule="auto"/>
        <w:jc w:val="center"/>
        <w:rPr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 xml:space="preserve">II </w:t>
      </w:r>
      <w:r w:rsidR="003C24A1" w:rsidRPr="003C24A1">
        <w:rPr>
          <w:b/>
          <w:bCs/>
          <w:sz w:val="24"/>
          <w:szCs w:val="24"/>
          <w:lang w:val="pl-PL"/>
        </w:rPr>
        <w:t xml:space="preserve">Zawodów Pływackich Open </w:t>
      </w:r>
      <w:proofErr w:type="spellStart"/>
      <w:r w:rsidR="003C24A1" w:rsidRPr="003C24A1">
        <w:rPr>
          <w:b/>
          <w:bCs/>
          <w:sz w:val="24"/>
          <w:szCs w:val="24"/>
          <w:lang w:val="pl-PL"/>
        </w:rPr>
        <w:t>Water</w:t>
      </w:r>
      <w:proofErr w:type="spellEnd"/>
      <w:r w:rsidR="003C24A1" w:rsidRPr="003C24A1">
        <w:rPr>
          <w:b/>
          <w:bCs/>
          <w:sz w:val="24"/>
          <w:szCs w:val="24"/>
          <w:lang w:val="pl-PL"/>
        </w:rPr>
        <w:t xml:space="preserve"> o Puchar Wójta Gminy Nieporęt</w:t>
      </w:r>
      <w:r w:rsidR="003C24A1" w:rsidRPr="003C24A1">
        <w:rPr>
          <w:sz w:val="24"/>
          <w:szCs w:val="24"/>
          <w:lang w:val="pl-PL"/>
        </w:rPr>
        <w:br/>
        <w:t>z okazji Święta Gminy Nieporęt</w:t>
      </w:r>
    </w:p>
    <w:p w14:paraId="087B53E4" w14:textId="77777777" w:rsidR="00F53DF1" w:rsidRDefault="00F53DF1" w:rsidP="00F53DF1">
      <w:pPr>
        <w:spacing w:after="0" w:line="240" w:lineRule="auto"/>
        <w:jc w:val="center"/>
        <w:rPr>
          <w:sz w:val="24"/>
          <w:szCs w:val="24"/>
          <w:lang w:val="pl-PL"/>
        </w:rPr>
      </w:pPr>
    </w:p>
    <w:p w14:paraId="71E021D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1. Cel zawodów:</w:t>
      </w:r>
    </w:p>
    <w:p w14:paraId="3E8043E0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Popularyzacja pływania na wodach otwartych. </w:t>
      </w:r>
    </w:p>
    <w:p w14:paraId="59B8B686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Promowanie sportu rekreacyjnego i wyczynowego w Gminie Nieporęt. </w:t>
      </w:r>
    </w:p>
    <w:p w14:paraId="1E3F1DD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Upowszechnianie aktywnego wypoczynku nad wodą. </w:t>
      </w:r>
    </w:p>
    <w:p w14:paraId="76681E1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Promocja walorów turystycznych Gminy Nieporęt. </w:t>
      </w:r>
    </w:p>
    <w:p w14:paraId="13581F0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Uświetnienie obchodów Święta Gminy Nieporęt.</w:t>
      </w:r>
    </w:p>
    <w:p w14:paraId="36ABC10A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7619608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2. Organizatorzy:</w:t>
      </w:r>
    </w:p>
    <w:p w14:paraId="46989785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Cs/>
          <w:color w:val="000000"/>
          <w:lang w:val="pl-PL"/>
        </w:rPr>
        <w:t xml:space="preserve">Klub Sportowy Tri Level </w:t>
      </w:r>
    </w:p>
    <w:p w14:paraId="66F9B4F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Urząd Gminy Nieporęt </w:t>
      </w:r>
    </w:p>
    <w:p w14:paraId="14A1286D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Centrum Rekreacji Nieporęt </w:t>
      </w:r>
    </w:p>
    <w:p w14:paraId="0598A143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4B6F3BA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3. Patronat honorowy:</w:t>
      </w:r>
    </w:p>
    <w:p w14:paraId="054FD42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Wójt Gminy Nieporęt</w:t>
      </w:r>
    </w:p>
    <w:p w14:paraId="628B94C4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1FD71BEA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4. Partnerzy:</w:t>
      </w:r>
    </w:p>
    <w:p w14:paraId="1A56AB6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Legionowskie Wodne Ochotnicze Pogotowie Ratunkowe</w:t>
      </w:r>
    </w:p>
    <w:p w14:paraId="09F9C478" w14:textId="77777777" w:rsidR="00F53DF1" w:rsidRPr="00F53DF1" w:rsidRDefault="00F53DF1" w:rsidP="00F53DF1">
      <w:pPr>
        <w:spacing w:after="0" w:line="240" w:lineRule="auto"/>
        <w:rPr>
          <w:sz w:val="12"/>
          <w:szCs w:val="12"/>
          <w:lang w:val="pl-PL"/>
        </w:rPr>
      </w:pPr>
    </w:p>
    <w:p w14:paraId="4DF2D85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5. Termin:</w:t>
      </w:r>
    </w:p>
    <w:p w14:paraId="7862EDB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13 czerwca 2026 r. (sobota), Start zawodów godz. 8:00 </w:t>
      </w:r>
    </w:p>
    <w:p w14:paraId="0645F9A5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4586EE1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6. Lokalizacja</w:t>
      </w:r>
    </w:p>
    <w:p w14:paraId="6469605E" w14:textId="77777777" w:rsidR="00F53DF1" w:rsidRPr="00F53DF1" w:rsidRDefault="00F53DF1" w:rsidP="00F53DF1">
      <w:pPr>
        <w:suppressAutoHyphens/>
        <w:spacing w:after="0" w:line="240" w:lineRule="auto"/>
        <w:rPr>
          <w:rFonts w:ascii="Liberation Sans" w:hAnsi="Liberation Sans" w:hint="eastAsia"/>
          <w:color w:val="000000"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Zalew Zegrzyński – kąpielisko Dzika Plaża w Nieporęcie</w:t>
      </w:r>
    </w:p>
    <w:p w14:paraId="39A2D8D4" w14:textId="77777777" w:rsidR="00F53DF1" w:rsidRPr="00F53DF1" w:rsidRDefault="00F53DF1" w:rsidP="00F53DF1">
      <w:pPr>
        <w:suppressAutoHyphens/>
        <w:spacing w:after="0" w:line="240" w:lineRule="auto"/>
        <w:rPr>
          <w:rFonts w:ascii="Liberation Sans" w:hAnsi="Liberation Sans" w:hint="eastAsia"/>
          <w:color w:val="000000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Biuro zawodów oraz start i meta zawodów będą zlokalizowane na terenie kąpieliska Dzika Plaża nad Zalewem Zegrzyńskim.</w:t>
      </w:r>
    </w:p>
    <w:p w14:paraId="37651F53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3D6F729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7. Kategorie wiekowe :</w:t>
      </w:r>
    </w:p>
    <w:p w14:paraId="778CEB77" w14:textId="13D4738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wyścig KIDS – 200 m (dzieci z roczników 201</w:t>
      </w:r>
      <w:r w:rsidR="00F54E21">
        <w:rPr>
          <w:rFonts w:ascii="Liberation Sans" w:hAnsi="Liberation Sans"/>
          <w:lang w:val="pl-PL"/>
        </w:rPr>
        <w:t>4</w:t>
      </w:r>
      <w:r w:rsidRPr="00F53DF1">
        <w:rPr>
          <w:rFonts w:ascii="Liberation Sans" w:hAnsi="Liberation Sans"/>
          <w:lang w:val="pl-PL"/>
        </w:rPr>
        <w:t>-201</w:t>
      </w:r>
      <w:r w:rsidR="00F54E21">
        <w:rPr>
          <w:rFonts w:ascii="Liberation Sans" w:hAnsi="Liberation Sans"/>
          <w:lang w:val="pl-PL"/>
        </w:rPr>
        <w:t>2</w:t>
      </w:r>
      <w:r w:rsidRPr="00F53DF1">
        <w:rPr>
          <w:rFonts w:ascii="Liberation Sans" w:hAnsi="Liberation Sans"/>
          <w:lang w:val="pl-PL"/>
        </w:rPr>
        <w:t xml:space="preserve"> - z podziałem na płeć).</w:t>
      </w:r>
    </w:p>
    <w:p w14:paraId="74322CCA" w14:textId="5AC7AFFB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wyścig JUNIOR – 400 m (dzieci z roczników 201</w:t>
      </w:r>
      <w:r w:rsidR="00F54E21">
        <w:rPr>
          <w:rFonts w:ascii="Liberation Sans" w:hAnsi="Liberation Sans"/>
          <w:lang w:val="pl-PL"/>
        </w:rPr>
        <w:t>1</w:t>
      </w:r>
      <w:r w:rsidRPr="00F53DF1">
        <w:rPr>
          <w:rFonts w:ascii="Liberation Sans" w:hAnsi="Liberation Sans"/>
          <w:lang w:val="pl-PL"/>
        </w:rPr>
        <w:t>-200</w:t>
      </w:r>
      <w:r w:rsidR="00F54E21">
        <w:rPr>
          <w:rFonts w:ascii="Liberation Sans" w:hAnsi="Liberation Sans"/>
          <w:lang w:val="pl-PL"/>
        </w:rPr>
        <w:t>9</w:t>
      </w:r>
      <w:r w:rsidRPr="00F53DF1">
        <w:rPr>
          <w:rFonts w:ascii="Liberation Sans" w:hAnsi="Liberation Sans"/>
          <w:lang w:val="pl-PL"/>
        </w:rPr>
        <w:t xml:space="preserve"> - z podziałem na płeć).</w:t>
      </w:r>
    </w:p>
    <w:p w14:paraId="43ED2543" w14:textId="3FCBA58C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wyścig SENIOR – 400 m (osoby urodzone w roku 200</w:t>
      </w:r>
      <w:r w:rsidR="00F54E21">
        <w:rPr>
          <w:rFonts w:ascii="Liberation Sans" w:hAnsi="Liberation Sans"/>
          <w:lang w:val="pl-PL"/>
        </w:rPr>
        <w:t>8</w:t>
      </w:r>
      <w:r w:rsidRPr="00F53DF1">
        <w:rPr>
          <w:rFonts w:ascii="Liberation Sans" w:hAnsi="Liberation Sans"/>
          <w:lang w:val="pl-PL"/>
        </w:rPr>
        <w:t xml:space="preserve"> i wcześniej z podziałem na płeć).</w:t>
      </w:r>
    </w:p>
    <w:p w14:paraId="7BBB5A1F" w14:textId="07544D8E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wyścig OPEN – 800m (osoby urodzone w roku 200</w:t>
      </w:r>
      <w:r w:rsidR="00F54E21">
        <w:rPr>
          <w:rFonts w:ascii="Liberation Sans" w:hAnsi="Liberation Sans"/>
          <w:lang w:val="pl-PL"/>
        </w:rPr>
        <w:t>8</w:t>
      </w:r>
      <w:r w:rsidRPr="00F53DF1">
        <w:rPr>
          <w:rFonts w:ascii="Liberation Sans" w:hAnsi="Liberation Sans"/>
          <w:lang w:val="pl-PL"/>
        </w:rPr>
        <w:t xml:space="preserve"> i wcześniej z podziałem na płeć).</w:t>
      </w:r>
    </w:p>
    <w:p w14:paraId="5D7D4ED9" w14:textId="77777777" w:rsidR="00F53DF1" w:rsidRPr="00F53DF1" w:rsidRDefault="00F53DF1" w:rsidP="00F53DF1">
      <w:pPr>
        <w:spacing w:after="0" w:line="240" w:lineRule="auto"/>
        <w:rPr>
          <w:color w:val="000000"/>
          <w:lang w:val="pl-PL"/>
        </w:rPr>
      </w:pPr>
    </w:p>
    <w:p w14:paraId="2B46B0C7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8. Dystans, trasa i zasady zawodów :</w:t>
      </w:r>
    </w:p>
    <w:p w14:paraId="51F882E1" w14:textId="4C8D6E54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SWIM KIDS – </w:t>
      </w:r>
      <w:r w:rsidR="00BD3199">
        <w:rPr>
          <w:rFonts w:ascii="Liberation Sans" w:hAnsi="Liberation Sans"/>
          <w:color w:val="000000"/>
          <w:lang w:val="pl-PL"/>
        </w:rPr>
        <w:t>2</w:t>
      </w:r>
      <w:r w:rsidRPr="00F53DF1">
        <w:rPr>
          <w:rFonts w:ascii="Liberation Sans" w:hAnsi="Liberation Sans"/>
          <w:color w:val="000000"/>
          <w:lang w:val="pl-PL"/>
        </w:rPr>
        <w:t>00 m (1 mała pętla)</w:t>
      </w:r>
    </w:p>
    <w:p w14:paraId="45C1E19B" w14:textId="77777777" w:rsidR="00F53DF1" w:rsidRPr="008C4251" w:rsidRDefault="00F53DF1" w:rsidP="00F53DF1">
      <w:pPr>
        <w:spacing w:after="0" w:line="240" w:lineRule="auto"/>
        <w:rPr>
          <w:rFonts w:ascii="Liberation Sans" w:hAnsi="Liberation Sans" w:hint="eastAsia"/>
          <w:lang w:val="en-GB"/>
        </w:rPr>
      </w:pPr>
      <w:r w:rsidRPr="008C4251">
        <w:rPr>
          <w:rFonts w:ascii="Liberation Sans" w:hAnsi="Liberation Sans"/>
          <w:color w:val="000000"/>
          <w:lang w:val="en-GB"/>
        </w:rPr>
        <w:t xml:space="preserve">SWIM JUNIOR – 400 m (1 </w:t>
      </w:r>
      <w:proofErr w:type="spellStart"/>
      <w:r w:rsidRPr="008C4251">
        <w:rPr>
          <w:rFonts w:ascii="Liberation Sans" w:hAnsi="Liberation Sans"/>
          <w:color w:val="000000"/>
          <w:lang w:val="en-GB"/>
        </w:rPr>
        <w:t>pętla</w:t>
      </w:r>
      <w:proofErr w:type="spellEnd"/>
      <w:r w:rsidRPr="008C4251">
        <w:rPr>
          <w:rFonts w:ascii="Liberation Sans" w:hAnsi="Liberation Sans"/>
          <w:color w:val="000000"/>
          <w:lang w:val="en-GB"/>
        </w:rPr>
        <w:t>)</w:t>
      </w:r>
    </w:p>
    <w:p w14:paraId="39F8D86B" w14:textId="77777777" w:rsidR="00F53DF1" w:rsidRPr="008C4251" w:rsidRDefault="00F53DF1" w:rsidP="00F53DF1">
      <w:pPr>
        <w:spacing w:after="0" w:line="240" w:lineRule="auto"/>
        <w:rPr>
          <w:rFonts w:ascii="Liberation Sans" w:hAnsi="Liberation Sans" w:hint="eastAsia"/>
          <w:lang w:val="en-GB"/>
        </w:rPr>
      </w:pPr>
      <w:r w:rsidRPr="008C4251">
        <w:rPr>
          <w:rFonts w:ascii="Liberation Sans" w:hAnsi="Liberation Sans"/>
          <w:color w:val="000000"/>
          <w:lang w:val="en-GB"/>
        </w:rPr>
        <w:t xml:space="preserve">SWIM SENIOR – 400 m (1 </w:t>
      </w:r>
      <w:proofErr w:type="spellStart"/>
      <w:r w:rsidRPr="008C4251">
        <w:rPr>
          <w:rFonts w:ascii="Liberation Sans" w:hAnsi="Liberation Sans"/>
          <w:color w:val="000000"/>
          <w:lang w:val="en-GB"/>
        </w:rPr>
        <w:t>pętla</w:t>
      </w:r>
      <w:proofErr w:type="spellEnd"/>
      <w:r w:rsidRPr="008C4251">
        <w:rPr>
          <w:rFonts w:ascii="Liberation Sans" w:hAnsi="Liberation Sans"/>
          <w:color w:val="000000"/>
          <w:lang w:val="en-GB"/>
        </w:rPr>
        <w:t>)</w:t>
      </w:r>
    </w:p>
    <w:p w14:paraId="1A9343EF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SWIM OPEN – 800 m (2 pętle)</w:t>
      </w:r>
    </w:p>
    <w:p w14:paraId="1EA1F11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Start i meta zlokalizowane będą na brzegu i oznaczone bramą startową. </w:t>
      </w:r>
    </w:p>
    <w:p w14:paraId="45AB650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Trasa wyścigu wyznaczona bojami.</w:t>
      </w:r>
    </w:p>
    <w:p w14:paraId="5B4EF38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Zakończenie wyścigu równoznaczne jest z przekroczeniem bramy startowej. </w:t>
      </w:r>
    </w:p>
    <w:p w14:paraId="7EE0D71B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12A923F1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9. Program zawodów</w:t>
      </w:r>
    </w:p>
    <w:p w14:paraId="7DD49536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godz. 7.15 – otwarcie biura zawodów, jedyny czas na potwierdzenie udziału i pobranie pakietu</w:t>
      </w:r>
    </w:p>
    <w:p w14:paraId="5F6D2F7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godz. 8.00 – oficjalne otwarcie zawodów</w:t>
      </w:r>
    </w:p>
    <w:p w14:paraId="7AC25246" w14:textId="6723D619" w:rsidR="00F53DF1" w:rsidRPr="008C4251" w:rsidRDefault="00F53DF1" w:rsidP="00F53DF1">
      <w:pPr>
        <w:spacing w:after="0" w:line="240" w:lineRule="auto"/>
        <w:rPr>
          <w:rFonts w:ascii="Liberation Sans" w:hAnsi="Liberation Sans" w:hint="eastAsia"/>
          <w:lang w:val="en-GB"/>
        </w:rPr>
      </w:pPr>
      <w:r w:rsidRPr="00F53DF1">
        <w:rPr>
          <w:rFonts w:ascii="Liberation Sans" w:hAnsi="Liberation Sans"/>
          <w:lang w:val="pl-PL"/>
        </w:rPr>
        <w:t xml:space="preserve">godz. </w:t>
      </w:r>
      <w:r w:rsidRPr="008C4251">
        <w:rPr>
          <w:rFonts w:ascii="Liberation Sans" w:hAnsi="Liberation Sans"/>
          <w:lang w:val="en-GB"/>
        </w:rPr>
        <w:t xml:space="preserve">8:15 – start SWIM KIDS </w:t>
      </w:r>
      <w:r w:rsidR="00E23ED1">
        <w:rPr>
          <w:rFonts w:ascii="Liberation Sans" w:hAnsi="Liberation Sans"/>
          <w:lang w:val="en-GB"/>
        </w:rPr>
        <w:t>2</w:t>
      </w:r>
      <w:r w:rsidRPr="008C4251">
        <w:rPr>
          <w:rFonts w:ascii="Liberation Sans" w:hAnsi="Liberation Sans"/>
          <w:lang w:val="en-GB"/>
        </w:rPr>
        <w:t>00m;</w:t>
      </w:r>
    </w:p>
    <w:p w14:paraId="0BDB3F2B" w14:textId="77777777" w:rsidR="00F53DF1" w:rsidRPr="008C4251" w:rsidRDefault="00F53DF1" w:rsidP="00F53DF1">
      <w:pPr>
        <w:spacing w:after="0" w:line="240" w:lineRule="auto"/>
        <w:rPr>
          <w:rFonts w:ascii="Liberation Sans" w:hAnsi="Liberation Sans" w:hint="eastAsia"/>
          <w:lang w:val="en-GB"/>
        </w:rPr>
      </w:pPr>
      <w:proofErr w:type="spellStart"/>
      <w:r w:rsidRPr="008C4251">
        <w:rPr>
          <w:rFonts w:ascii="Liberation Sans" w:hAnsi="Liberation Sans"/>
          <w:lang w:val="en-GB"/>
        </w:rPr>
        <w:t>godz</w:t>
      </w:r>
      <w:proofErr w:type="spellEnd"/>
      <w:r w:rsidRPr="008C4251">
        <w:rPr>
          <w:rFonts w:ascii="Liberation Sans" w:hAnsi="Liberation Sans"/>
          <w:lang w:val="en-GB"/>
        </w:rPr>
        <w:t xml:space="preserve">. 8:30 – start SWIM JUNIOR 400m </w:t>
      </w:r>
      <w:proofErr w:type="spellStart"/>
      <w:r w:rsidRPr="008C4251">
        <w:rPr>
          <w:rFonts w:ascii="Liberation Sans" w:hAnsi="Liberation Sans"/>
          <w:lang w:val="en-GB"/>
        </w:rPr>
        <w:t>i</w:t>
      </w:r>
      <w:proofErr w:type="spellEnd"/>
      <w:r w:rsidRPr="008C4251">
        <w:rPr>
          <w:rFonts w:ascii="Liberation Sans" w:hAnsi="Liberation Sans"/>
          <w:lang w:val="en-GB"/>
        </w:rPr>
        <w:t xml:space="preserve"> SWIM SENIOR 400m;</w:t>
      </w:r>
    </w:p>
    <w:p w14:paraId="75131249" w14:textId="77777777" w:rsidR="00F53DF1" w:rsidRPr="008C4251" w:rsidRDefault="00F53DF1" w:rsidP="00F53DF1">
      <w:pPr>
        <w:spacing w:after="0" w:line="240" w:lineRule="auto"/>
        <w:rPr>
          <w:rFonts w:ascii="Liberation Sans" w:hAnsi="Liberation Sans" w:hint="eastAsia"/>
          <w:lang w:val="en-GB"/>
        </w:rPr>
      </w:pPr>
      <w:proofErr w:type="spellStart"/>
      <w:r w:rsidRPr="008C4251">
        <w:rPr>
          <w:rFonts w:ascii="Liberation Sans" w:hAnsi="Liberation Sans"/>
          <w:lang w:val="en-GB"/>
        </w:rPr>
        <w:t>godz</w:t>
      </w:r>
      <w:proofErr w:type="spellEnd"/>
      <w:r w:rsidRPr="008C4251">
        <w:rPr>
          <w:rFonts w:ascii="Liberation Sans" w:hAnsi="Liberation Sans"/>
          <w:lang w:val="en-GB"/>
        </w:rPr>
        <w:t>. 9:00 – start SWIM OPEN 800 m;</w:t>
      </w:r>
    </w:p>
    <w:p w14:paraId="77B1672A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godz. 9:25– zamknięcie trasy</w:t>
      </w:r>
    </w:p>
    <w:p w14:paraId="6BCF9EC8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godz. 9:50 – ogłoszenie wyników zawodów oraz dekoracja zwycięzców w poszczególnych kategoriach</w:t>
      </w:r>
    </w:p>
    <w:p w14:paraId="170B477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godz. 10.00 – zamknięcie biura zawodów</w:t>
      </w:r>
    </w:p>
    <w:p w14:paraId="26C21805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7F204597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lastRenderedPageBreak/>
        <w:t>10. Informacje techniczne:</w:t>
      </w:r>
    </w:p>
    <w:p w14:paraId="141AA087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Pomiar czasu: ręczny. </w:t>
      </w:r>
    </w:p>
    <w:p w14:paraId="5C8D1975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Limit czasu na poszczególnych dystansach:</w:t>
      </w:r>
    </w:p>
    <w:p w14:paraId="2C16831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SWIM KIDS - brak limitu czasu ukończenia dystansu</w:t>
      </w:r>
    </w:p>
    <w:p w14:paraId="76B08855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- SWIM JUNIOR – limit czasu ukończenia dystansu -  15 minut od startu. </w:t>
      </w:r>
    </w:p>
    <w:p w14:paraId="6D6B29CD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- SWIM SENIOR – limit czasu ukończenia dystansu -  15 minut od startu. </w:t>
      </w:r>
    </w:p>
    <w:p w14:paraId="432F804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- kategoria OPEN – limit czasu ukończenia dystansu -  25 minut od startu. </w:t>
      </w:r>
    </w:p>
    <w:p w14:paraId="1059FA4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Po upływie limitu czasu uczestnicy, którzy nadal będą przebywać w wodzie nie będą sklasyfikowani. Organizator będzie kierował takich zawodników do brzegu, a w uzasadnionych przypadkach podejmował ich na łodzie ratownicze.</w:t>
      </w:r>
    </w:p>
    <w:p w14:paraId="66E3CD6F" w14:textId="77777777" w:rsidR="00F53DF1" w:rsidRPr="00F53DF1" w:rsidRDefault="00F53DF1" w:rsidP="00F53DF1">
      <w:pPr>
        <w:spacing w:after="0" w:line="240" w:lineRule="auto"/>
        <w:rPr>
          <w:sz w:val="12"/>
          <w:szCs w:val="12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Zawodnicy pokonujący trasę w sposób niedozwolony lub naruszający regulamin, zostaną zdyskwalifikowani na wniosek sędziego zawodów.</w:t>
      </w:r>
    </w:p>
    <w:p w14:paraId="4C4D1263" w14:textId="77777777" w:rsidR="00F53DF1" w:rsidRPr="00F53DF1" w:rsidRDefault="00F53DF1" w:rsidP="00F53DF1">
      <w:pPr>
        <w:spacing w:after="0" w:line="240" w:lineRule="auto"/>
        <w:rPr>
          <w:color w:val="000000"/>
          <w:sz w:val="12"/>
          <w:szCs w:val="12"/>
          <w:lang w:val="pl-PL"/>
        </w:rPr>
      </w:pPr>
    </w:p>
    <w:p w14:paraId="43C72B7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11. Warunki uczestnictwa:</w:t>
      </w:r>
    </w:p>
    <w:p w14:paraId="4ADC5E35" w14:textId="77777777" w:rsidR="00F53DF1" w:rsidRPr="00F53DF1" w:rsidRDefault="00F53DF1" w:rsidP="00F53DF1">
      <w:pPr>
        <w:spacing w:after="0" w:line="240" w:lineRule="auto"/>
        <w:rPr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W zawodach Tri Level Open </w:t>
      </w:r>
      <w:proofErr w:type="spellStart"/>
      <w:r w:rsidRPr="00F53DF1">
        <w:rPr>
          <w:rFonts w:ascii="Liberation Sans" w:hAnsi="Liberation Sans"/>
          <w:color w:val="000000"/>
          <w:lang w:val="pl-PL"/>
        </w:rPr>
        <w:t>Water</w:t>
      </w:r>
      <w:proofErr w:type="spellEnd"/>
      <w:r w:rsidRPr="00F53DF1">
        <w:rPr>
          <w:rFonts w:ascii="Liberation Sans" w:hAnsi="Liberation Sans"/>
          <w:color w:val="000000"/>
          <w:lang w:val="pl-PL"/>
        </w:rPr>
        <w:t xml:space="preserve"> o Puchar Wójta Gminy Nieporęt mogą wziąć udział osoby, które w dniu zawodów ukończyły rocznikowo 12 lat. </w:t>
      </w:r>
    </w:p>
    <w:p w14:paraId="03170481" w14:textId="77777777" w:rsidR="00F53DF1" w:rsidRPr="00F53DF1" w:rsidRDefault="00F53DF1" w:rsidP="00F53DF1">
      <w:pPr>
        <w:spacing w:after="0" w:line="240" w:lineRule="auto"/>
        <w:rPr>
          <w:lang w:val="pl-PL"/>
        </w:rPr>
      </w:pPr>
      <w:r w:rsidRPr="00F53DF1">
        <w:rPr>
          <w:rFonts w:ascii="Liberation Sans" w:hAnsi="Liberation Sans"/>
          <w:lang w:val="pl-PL"/>
        </w:rPr>
        <w:t xml:space="preserve">W przypadku osób nieletnich wymagana jest zgoda opiekuna prawnego złożona w dniu zawodów na formularzu przygotowanym przez organizatora. </w:t>
      </w:r>
      <w:r w:rsidRPr="00F53DF1">
        <w:rPr>
          <w:rFonts w:ascii="Liberation Sans" w:hAnsi="Liberation Sans"/>
          <w:u w:val="single"/>
          <w:lang w:val="pl-PL"/>
        </w:rPr>
        <w:t>Formularz Zgody</w:t>
      </w:r>
      <w:r w:rsidRPr="00F53DF1">
        <w:rPr>
          <w:rFonts w:ascii="Liberation Sans" w:hAnsi="Liberation Sans"/>
          <w:lang w:val="pl-PL"/>
        </w:rPr>
        <w:t xml:space="preserve"> można pobrać z strony wydarzenia. Formularz będzie także dostępny w formie papierowej w dniu zawodów.</w:t>
      </w:r>
    </w:p>
    <w:p w14:paraId="251475E6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lang w:val="pl-PL"/>
        </w:rPr>
      </w:pPr>
      <w:r w:rsidRPr="00F53DF1">
        <w:rPr>
          <w:rFonts w:ascii="Liberation Sans" w:hAnsi="Liberation Sans"/>
          <w:lang w:val="pl-PL"/>
        </w:rPr>
        <w:t>Warunkiem uczestnictwa jest zgłoszenie do zawodów poprzez wypełnienie</w:t>
      </w:r>
      <w:hyperlink r:id="rId7">
        <w:r w:rsidRPr="00F53DF1">
          <w:rPr>
            <w:rStyle w:val="czeinternetowe"/>
            <w:rFonts w:ascii="Liberation Sans" w:hAnsi="Liberation Sans"/>
            <w:color w:val="000000"/>
            <w:lang w:val="pl-PL"/>
          </w:rPr>
          <w:t xml:space="preserve"> Formularza  Zgłoszeniowego</w:t>
        </w:r>
      </w:hyperlink>
      <w:r w:rsidRPr="00F53DF1">
        <w:rPr>
          <w:rFonts w:ascii="Liberation Sans" w:hAnsi="Liberation Sans"/>
          <w:lang w:val="pl-PL"/>
        </w:rPr>
        <w:t>, które jest jednoczesnym oświadczeniem o:</w:t>
      </w:r>
    </w:p>
    <w:p w14:paraId="1CFBB267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zapoznaniu się z niniejszym regulaminem</w:t>
      </w:r>
    </w:p>
    <w:p w14:paraId="7EF7EC96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 xml:space="preserve">- akceptacji warunków niniejszego regulaminu, </w:t>
      </w:r>
    </w:p>
    <w:p w14:paraId="083C282A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- stanie zdrowia pozwalającym na udział w zawodach</w:t>
      </w:r>
    </w:p>
    <w:p w14:paraId="06DD7581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u w:val="single"/>
          <w:lang w:val="pl-PL"/>
        </w:rPr>
        <w:t>Formularz Zgłoszeniowy</w:t>
      </w:r>
      <w:r w:rsidRPr="00F53DF1">
        <w:rPr>
          <w:rFonts w:ascii="Liberation Sans" w:hAnsi="Liberation Sans"/>
          <w:color w:val="000000"/>
          <w:lang w:val="pl-PL"/>
        </w:rPr>
        <w:t xml:space="preserve"> można pobrać z strony wydarzenia. Formularz będzie także dostępny w formie papierowej w dniu zawodów.</w:t>
      </w:r>
    </w:p>
    <w:p w14:paraId="78F189B6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color w:val="000000"/>
          <w:lang w:val="pl-PL"/>
        </w:rPr>
      </w:pPr>
    </w:p>
    <w:p w14:paraId="653CFFA1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color w:val="000000"/>
          <w:sz w:val="12"/>
          <w:szCs w:val="12"/>
          <w:lang w:val="pl-PL"/>
        </w:rPr>
      </w:pPr>
    </w:p>
    <w:p w14:paraId="7027AEB5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color w:val="000000"/>
          <w:lang w:val="pl-PL"/>
        </w:rPr>
        <w:t>12. Prawa i obowiązki zawodników:</w:t>
      </w:r>
    </w:p>
    <w:p w14:paraId="3D66532F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color w:val="000000"/>
          <w:lang w:val="pl-PL"/>
        </w:rPr>
      </w:pPr>
    </w:p>
    <w:p w14:paraId="19920E9D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Zawodnicy mają prawo do:</w:t>
      </w:r>
    </w:p>
    <w:p w14:paraId="13475D07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Stosowania substancji zabezpieczających skórę ciała przed wychłodzeniem.</w:t>
      </w:r>
    </w:p>
    <w:p w14:paraId="33C88DAA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Startu w piankach neoprenowych.</w:t>
      </w:r>
    </w:p>
    <w:p w14:paraId="2FEF8E79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Używania bojki asekuracyjnej.</w:t>
      </w:r>
    </w:p>
    <w:p w14:paraId="14397806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Korzystania z okularków, klipsów na nos i zatyczek do uszu.</w:t>
      </w:r>
    </w:p>
    <w:p w14:paraId="7BBE3D44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Zgłoszenia potrzeby pomocy przez uniesienie ręki w pozycji na plecach.</w:t>
      </w:r>
    </w:p>
    <w:p w14:paraId="4C4157A8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color w:val="000000"/>
          <w:lang w:val="pl-PL"/>
        </w:rPr>
      </w:pPr>
    </w:p>
    <w:p w14:paraId="01CCAEE9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Zabronione jest: </w:t>
      </w:r>
    </w:p>
    <w:p w14:paraId="245EE32F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Korzystanie z pożywienia i napojów w trakcie wyścigu.</w:t>
      </w:r>
    </w:p>
    <w:p w14:paraId="673E40F0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Używanie sprzętu wspomagającego (płetwy, deski, łopatki itp.).</w:t>
      </w:r>
    </w:p>
    <w:p w14:paraId="5A4E373D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Korzystanie z pomocy osób trzecich.</w:t>
      </w:r>
    </w:p>
    <w:p w14:paraId="05AA0943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Utrudnianie płynięcia innym zawodnikom (ciągnięcie, zrywanie sprzętu itp.).</w:t>
      </w:r>
    </w:p>
    <w:p w14:paraId="67320A9B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Kontaktowanie się z łodziami asekuracyjnymi (chyba że zachodzi konieczność ratunkowa).</w:t>
      </w:r>
    </w:p>
    <w:p w14:paraId="05CDD027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color w:val="000000"/>
          <w:lang w:val="pl-PL"/>
        </w:rPr>
      </w:pPr>
    </w:p>
    <w:p w14:paraId="43B7149A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Obowiązki zawodników: </w:t>
      </w:r>
    </w:p>
    <w:p w14:paraId="619E26C5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Okazanie dokumentu tożsamości przy rejestracji.</w:t>
      </w:r>
    </w:p>
    <w:p w14:paraId="0B4230B5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Podpisanie oświadczenia o zdolności do udziału w zawodach na własną odpowiedzialność. - W przypadku osób niepełnoletnich – podpisanie oświadczenia przez rodzica lub opiekuna prawnego.</w:t>
      </w:r>
    </w:p>
    <w:p w14:paraId="05533AC4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Przestrzeganie poleceń Komisji Sędziowskiej.</w:t>
      </w:r>
    </w:p>
    <w:p w14:paraId="65022EB8" w14:textId="77777777" w:rsidR="00F53DF1" w:rsidRPr="00F53DF1" w:rsidRDefault="00F53DF1" w:rsidP="00F53DF1">
      <w:pPr>
        <w:pStyle w:val="Akapitzlist"/>
        <w:spacing w:after="0" w:line="240" w:lineRule="auto"/>
        <w:ind w:left="0"/>
        <w:jc w:val="both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- Start w czepku dostarczonym przez organizatora.</w:t>
      </w:r>
    </w:p>
    <w:p w14:paraId="1FC7278E" w14:textId="77777777" w:rsidR="00F53DF1" w:rsidRPr="00F53DF1" w:rsidRDefault="00F53DF1" w:rsidP="00F53DF1">
      <w:pPr>
        <w:pStyle w:val="Akapitzlist"/>
        <w:spacing w:after="0" w:line="240" w:lineRule="auto"/>
        <w:jc w:val="both"/>
        <w:rPr>
          <w:color w:val="000000"/>
          <w:lang w:val="pl-PL"/>
        </w:rPr>
      </w:pPr>
    </w:p>
    <w:p w14:paraId="36453CD7" w14:textId="77777777" w:rsidR="00F53DF1" w:rsidRPr="00F53DF1" w:rsidRDefault="00F53DF1" w:rsidP="00F53DF1">
      <w:pPr>
        <w:pStyle w:val="Akapitzlist"/>
        <w:spacing w:after="0" w:line="240" w:lineRule="auto"/>
        <w:jc w:val="both"/>
        <w:rPr>
          <w:color w:val="000000"/>
          <w:sz w:val="12"/>
          <w:szCs w:val="12"/>
          <w:lang w:val="pl-PL"/>
        </w:rPr>
      </w:pPr>
    </w:p>
    <w:p w14:paraId="193BDE2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13. Zgłoszenia i opłaty startowe:</w:t>
      </w:r>
    </w:p>
    <w:p w14:paraId="28C6FE3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color w:val="000000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 xml:space="preserve">Rejestracja na zawody zostanie przeprowadzona poprzez </w:t>
      </w:r>
      <w:r w:rsidRPr="00F53DF1">
        <w:rPr>
          <w:rFonts w:ascii="Liberation Sans" w:hAnsi="Liberation Sans"/>
          <w:color w:val="000000"/>
          <w:u w:val="single"/>
          <w:lang w:val="pl-PL"/>
        </w:rPr>
        <w:t xml:space="preserve">Formularz Zgłoszeniowy </w:t>
      </w:r>
      <w:r w:rsidRPr="00F53DF1">
        <w:rPr>
          <w:rFonts w:ascii="Liberation Sans" w:hAnsi="Liberation Sans"/>
          <w:color w:val="000000"/>
          <w:lang w:val="pl-PL"/>
        </w:rPr>
        <w:t>zamieszczony na stronie wydarzenia. Zapisy na zawody można dokonać w terminie 04.06.2025 – 12.06.2025. Przewidziany jest limit miejsc: po 20 uczestników w każdej kategorii wyścigów.</w:t>
      </w:r>
    </w:p>
    <w:p w14:paraId="7512B78D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color w:val="000000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Udział w zawodach jest bezpłatny.</w:t>
      </w:r>
    </w:p>
    <w:p w14:paraId="6A1891EF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color w:val="000000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lastRenderedPageBreak/>
        <w:t>Organizator zawodów zapewnia każdemu uczestnikowi pakiet startowy, który zawiera: worek, czepek pływacki, napój.</w:t>
      </w:r>
    </w:p>
    <w:p w14:paraId="4BA36573" w14:textId="77777777" w:rsidR="00F53DF1" w:rsidRPr="00F53DF1" w:rsidRDefault="00F53DF1" w:rsidP="00F53DF1">
      <w:pPr>
        <w:spacing w:after="0" w:line="240" w:lineRule="auto"/>
        <w:rPr>
          <w:color w:val="000000"/>
          <w:lang w:val="pl-PL"/>
        </w:rPr>
      </w:pPr>
    </w:p>
    <w:p w14:paraId="5677CEA2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14. Biuro zawodów:</w:t>
      </w:r>
    </w:p>
    <w:p w14:paraId="4D3EFF3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Biuro zawodów usytuowane będzie na miejscu zawodów, na terenie</w:t>
      </w:r>
      <w:r w:rsidRPr="00F53DF1">
        <w:rPr>
          <w:rFonts w:ascii="Liberation Sans" w:hAnsi="Liberation Sans"/>
          <w:color w:val="000000"/>
          <w:lang w:val="pl-PL"/>
        </w:rPr>
        <w:t xml:space="preserve"> Zalewu Zegrzyńskiego w Kompleksie Rekreacyjno- Wypoczynkowym Port Nieporęt ul. Wojska Polskiego 3, 05-126 Nieporęt</w:t>
      </w:r>
    </w:p>
    <w:p w14:paraId="04D2673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color w:val="000000"/>
          <w:lang w:val="pl-PL"/>
        </w:rPr>
        <w:t>Biuro zawodów będzie otwarte w dniu zawodów tj. 14.06.2025 w godz. 7.15-10.00</w:t>
      </w:r>
    </w:p>
    <w:p w14:paraId="16CF126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 xml:space="preserve">Pakiety startowe odebrać można wyłącznie osobiście w biurze zawodów od godz.7.15 w dniu zawodów tj.14.06.2025. Podczas odbioru pakietu należy okazać dokument tożsamości ze zdjęciem oraz podpisany </w:t>
      </w:r>
      <w:r w:rsidRPr="00F53DF1">
        <w:rPr>
          <w:rFonts w:ascii="Liberation Sans" w:hAnsi="Liberation Sans"/>
          <w:u w:val="single"/>
          <w:lang w:val="pl-PL"/>
        </w:rPr>
        <w:t>Formularz Zgłoszeniowy</w:t>
      </w:r>
      <w:r w:rsidRPr="00F53DF1">
        <w:rPr>
          <w:rFonts w:ascii="Liberation Sans" w:hAnsi="Liberation Sans"/>
          <w:lang w:val="pl-PL"/>
        </w:rPr>
        <w:t xml:space="preserve">. Osoby nieletnie legitymują się legitymacją szkolną ze zdjęciem oraz dostarczają podpisany  </w:t>
      </w:r>
      <w:r w:rsidRPr="00F53DF1">
        <w:rPr>
          <w:rFonts w:ascii="Liberation Sans" w:hAnsi="Liberation Sans"/>
          <w:u w:val="single"/>
          <w:lang w:val="pl-PL"/>
        </w:rPr>
        <w:t>Formularz Zgody.</w:t>
      </w:r>
    </w:p>
    <w:p w14:paraId="21010C2D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Formularze w formie papierowej będą dostępne w biurze zawodów</w:t>
      </w:r>
    </w:p>
    <w:p w14:paraId="403CD44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Każdy uczestnik zawodów zostanie oznaczony poprzez napisanie markerem numeru startowego na przedramieniu.</w:t>
      </w:r>
    </w:p>
    <w:p w14:paraId="78A81E3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sz w:val="12"/>
          <w:szCs w:val="12"/>
          <w:lang w:val="pl-PL"/>
        </w:rPr>
      </w:pPr>
    </w:p>
    <w:p w14:paraId="649B812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15. Wyniki:</w:t>
      </w:r>
    </w:p>
    <w:p w14:paraId="3CB60A3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Oficjalne wyniki zawodów w poszczególnych kategoriach będą ogłoszone po zakończonych wyścigach wszystkich kategorii.</w:t>
      </w:r>
    </w:p>
    <w:p w14:paraId="2EB37691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</w:p>
    <w:p w14:paraId="35D85931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16. Nagrody:</w:t>
      </w:r>
    </w:p>
    <w:p w14:paraId="47E26F56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 xml:space="preserve">Każdy zawodnik, który ukończy </w:t>
      </w:r>
      <w:r w:rsidRPr="00F53DF1">
        <w:rPr>
          <w:rFonts w:ascii="Liberation Sans" w:hAnsi="Liberation Sans"/>
          <w:b/>
          <w:bCs/>
          <w:color w:val="000000"/>
          <w:lang w:val="pl-PL"/>
        </w:rPr>
        <w:t xml:space="preserve">I  Zawody Tri Level  Open </w:t>
      </w:r>
      <w:proofErr w:type="spellStart"/>
      <w:r w:rsidRPr="00F53DF1">
        <w:rPr>
          <w:rFonts w:ascii="Liberation Sans" w:hAnsi="Liberation Sans"/>
          <w:b/>
          <w:bCs/>
          <w:color w:val="000000"/>
          <w:lang w:val="pl-PL"/>
        </w:rPr>
        <w:t>Water</w:t>
      </w:r>
      <w:proofErr w:type="spellEnd"/>
      <w:r w:rsidRPr="00F53DF1">
        <w:rPr>
          <w:rFonts w:ascii="Liberation Sans" w:hAnsi="Liberation Sans"/>
          <w:b/>
          <w:bCs/>
          <w:color w:val="000000"/>
          <w:lang w:val="pl-PL"/>
        </w:rPr>
        <w:t xml:space="preserve">  o Puchar Wójta Gminy Nieporęt </w:t>
      </w:r>
      <w:r w:rsidRPr="00F53DF1">
        <w:rPr>
          <w:rFonts w:ascii="Liberation Sans" w:hAnsi="Liberation Sans"/>
          <w:color w:val="000000"/>
          <w:lang w:val="pl-PL"/>
        </w:rPr>
        <w:t>otrzyma okolicznościowy medal.</w:t>
      </w:r>
    </w:p>
    <w:p w14:paraId="54D61B78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Uczestnicy zawodów, którzy zajmą pierwsze trzy miejsca w poszczególnych kategoriach otrzymają pamiątkowe statuetki.</w:t>
      </w:r>
    </w:p>
    <w:p w14:paraId="34E8B3A5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</w:p>
    <w:p w14:paraId="5E408DB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17. Reklamacje:</w:t>
      </w:r>
    </w:p>
    <w:p w14:paraId="6D8A92D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Reklamacje dotyczące spraw związanych z zawodami należy złożyć na piśmie w Biurze Zawodów w dniu zawodów.</w:t>
      </w:r>
    </w:p>
    <w:p w14:paraId="782FC2ED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Reklamacje rozpatrywane będą w terminie do 14 dni od daty otrzymania.</w:t>
      </w:r>
    </w:p>
    <w:p w14:paraId="5B55FE4C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Reklamacje złożone w późniejszym terminie nie będą uwzględniane.</w:t>
      </w:r>
    </w:p>
    <w:p w14:paraId="0D09A1B9" w14:textId="77777777" w:rsidR="00F53DF1" w:rsidRPr="00F53DF1" w:rsidRDefault="00F53DF1" w:rsidP="00F53DF1">
      <w:pPr>
        <w:spacing w:after="0" w:line="240" w:lineRule="auto"/>
        <w:rPr>
          <w:sz w:val="12"/>
          <w:szCs w:val="12"/>
          <w:lang w:val="pl-PL"/>
        </w:rPr>
      </w:pPr>
      <w:r w:rsidRPr="00F53DF1">
        <w:rPr>
          <w:rFonts w:ascii="Liberation Sans" w:hAnsi="Liberation Sans"/>
          <w:lang w:val="pl-PL"/>
        </w:rPr>
        <w:t>Decyzja Organizatora w sprawie rozpatrzenia reklamacji będzie ostateczna.</w:t>
      </w:r>
    </w:p>
    <w:p w14:paraId="458DF034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sz w:val="12"/>
          <w:szCs w:val="12"/>
          <w:lang w:val="pl-PL"/>
        </w:rPr>
      </w:pPr>
    </w:p>
    <w:p w14:paraId="7144C4FE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sz w:val="12"/>
          <w:szCs w:val="12"/>
          <w:lang w:val="pl-PL"/>
        </w:rPr>
      </w:pPr>
    </w:p>
    <w:p w14:paraId="764636C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b/>
          <w:bCs/>
          <w:lang w:val="pl-PL"/>
        </w:rPr>
      </w:pPr>
      <w:r w:rsidRPr="00F53DF1">
        <w:rPr>
          <w:rFonts w:ascii="Liberation Sans" w:hAnsi="Liberation Sans"/>
          <w:b/>
          <w:bCs/>
          <w:lang w:val="pl-PL"/>
        </w:rPr>
        <w:t>18. Postanowienia końcowe:</w:t>
      </w:r>
    </w:p>
    <w:p w14:paraId="7EAFC5A8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W sprawach nie objętych regulaminem decyduje Organizator w porozumieniu z Sędzią Głównym zawodów.</w:t>
      </w:r>
    </w:p>
    <w:p w14:paraId="383EB0BF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zobowiązuje się do przetwarzania danych osobowych zgodnie z obowiązującymi przepisami prawa. Informacje nt. ochrony danych osobowych znajdują się na stronie Organizatora.</w:t>
      </w:r>
    </w:p>
    <w:p w14:paraId="580F6CD2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posiada ubezpieczenie OC.</w:t>
      </w:r>
    </w:p>
    <w:p w14:paraId="62CEA188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nie zapewnia zawodnikom ubezpieczenia NNW. Ubezpieczenie NNW zawodnicy wykupują we własnym zakresie.</w:t>
      </w:r>
    </w:p>
    <w:p w14:paraId="2C17D82B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Uczestnicy startują wyłącznie na własną odpowiedzialność, a osoby niepełnoletnie na odpowiedzialność opiekunów prawnych. Uczestnicy zawodów i opiekunowie prawni zawodników niepełnoletnich przyjmują do wiadomości, że udział w zawodach wiąże się z wysiłkiem fizycznym i pociąga za sobą naturalne ryzyko i zagrożenie wypadkami, możliwości odniesienia obrażeń ciała i urazów fizycznych (w tym śmierci), a także szkód i strat o charakterze majątkowym.</w:t>
      </w:r>
    </w:p>
    <w:p w14:paraId="29CCA378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Uczestnicy biorący udział w zawodach, potwierdzając niniejszy regulamin, wyrażają tym samym zgodę na publikację wizerunku w celach promocji wydarze</w:t>
      </w:r>
      <w:r w:rsidRPr="00F53DF1">
        <w:rPr>
          <w:rFonts w:ascii="Liberation Sans" w:hAnsi="Liberation Sans"/>
          <w:color w:val="000000"/>
          <w:lang w:val="pl-PL"/>
        </w:rPr>
        <w:t xml:space="preserve">nia. </w:t>
      </w:r>
    </w:p>
    <w:p w14:paraId="2AA7EEC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nie odpowiada za rzeczy osobiste zawodników pozostawione na terenie obiektu, na którym odbywać się będą zawody.</w:t>
      </w:r>
    </w:p>
    <w:p w14:paraId="077F8336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W czasie trwania zawodów Organizator zapewnia opiekę medyczną.</w:t>
      </w:r>
    </w:p>
    <w:p w14:paraId="41D97653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 bezpieczeństwo zawodników podczas trwania wyścigu na wodzie dba Legionowskie Wodne Ochotnicze Pogotowie Ratunkowe.</w:t>
      </w:r>
    </w:p>
    <w:p w14:paraId="4E9D2179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zastrzega sobie prawo do wprowadzania zmian w niniejszym Regulaminie. Uczestnicy zarejestrowani na zawody będą o nich powiadamiani.</w:t>
      </w:r>
    </w:p>
    <w:p w14:paraId="7D19F831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zastrzegają sobie prawo odwołania zawodów ze względów niezależnych od Organizatora ( takich jak: zbyt duży wiatr, zbyt duże opady, zbyt niska temperatura powietrza lub wody itp.).</w:t>
      </w:r>
    </w:p>
    <w:p w14:paraId="68537CD0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t>Organizator zastrzega sobie prawo do przerwania zawodów, jeżeli uzna , że dalsze kontynuowania wyścigu zagraża zdrowiu lub życiu uczestników.</w:t>
      </w:r>
    </w:p>
    <w:p w14:paraId="65E83211" w14:textId="77777777" w:rsidR="00F53DF1" w:rsidRPr="00F53DF1" w:rsidRDefault="00F53DF1" w:rsidP="00F53DF1">
      <w:pPr>
        <w:spacing w:after="0" w:line="240" w:lineRule="auto"/>
        <w:rPr>
          <w:rFonts w:ascii="Liberation Sans" w:hAnsi="Liberation Sans" w:hint="eastAsia"/>
          <w:lang w:val="pl-PL"/>
        </w:rPr>
      </w:pPr>
      <w:r w:rsidRPr="00F53DF1">
        <w:rPr>
          <w:rFonts w:ascii="Liberation Sans" w:hAnsi="Liberation Sans"/>
          <w:lang w:val="pl-PL"/>
        </w:rPr>
        <w:lastRenderedPageBreak/>
        <w:t>Sprawy nieobjęte niniejszym Regulaminem rozstrzyga Organizator. Ostateczna interpretacja Regulaminu należy do Organizatora.</w:t>
      </w:r>
    </w:p>
    <w:p w14:paraId="3EDE37D2" w14:textId="6A03467D" w:rsidR="003C24A1" w:rsidRPr="003C24A1" w:rsidRDefault="003C24A1" w:rsidP="00F53DF1">
      <w:pPr>
        <w:rPr>
          <w:sz w:val="24"/>
          <w:szCs w:val="24"/>
          <w:lang w:val="pl-PL"/>
        </w:rPr>
      </w:pPr>
    </w:p>
    <w:p w14:paraId="00632617" w14:textId="2EFD0629" w:rsidR="0088642D" w:rsidRPr="0088642D" w:rsidRDefault="0088642D" w:rsidP="0088642D">
      <w:pPr>
        <w:spacing w:after="0" w:line="240" w:lineRule="auto"/>
        <w:rPr>
          <w:sz w:val="24"/>
          <w:szCs w:val="24"/>
          <w:lang w:val="pl-PL"/>
        </w:rPr>
      </w:pPr>
    </w:p>
    <w:sectPr w:rsidR="0088642D" w:rsidRPr="0088642D" w:rsidSect="00F53D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1EF4267"/>
    <w:multiLevelType w:val="multilevel"/>
    <w:tmpl w:val="38DEE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57061C"/>
    <w:multiLevelType w:val="multilevel"/>
    <w:tmpl w:val="30B26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0A6B63"/>
    <w:multiLevelType w:val="multilevel"/>
    <w:tmpl w:val="0556F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356468"/>
    <w:multiLevelType w:val="multilevel"/>
    <w:tmpl w:val="926C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753836"/>
    <w:multiLevelType w:val="multilevel"/>
    <w:tmpl w:val="42CE3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E90BE8"/>
    <w:multiLevelType w:val="multilevel"/>
    <w:tmpl w:val="0370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7D1A8C"/>
    <w:multiLevelType w:val="multilevel"/>
    <w:tmpl w:val="34AA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874124"/>
    <w:multiLevelType w:val="multilevel"/>
    <w:tmpl w:val="9878E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30372E"/>
    <w:multiLevelType w:val="multilevel"/>
    <w:tmpl w:val="4CBC4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6C3149"/>
    <w:multiLevelType w:val="multilevel"/>
    <w:tmpl w:val="1B3AE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47719F"/>
    <w:multiLevelType w:val="multilevel"/>
    <w:tmpl w:val="4F444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225BCF"/>
    <w:multiLevelType w:val="multilevel"/>
    <w:tmpl w:val="B5D2D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764DDC"/>
    <w:multiLevelType w:val="multilevel"/>
    <w:tmpl w:val="4D901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C3139A"/>
    <w:multiLevelType w:val="multilevel"/>
    <w:tmpl w:val="6F3E1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47033B3"/>
    <w:multiLevelType w:val="multilevel"/>
    <w:tmpl w:val="1F18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6377102">
    <w:abstractNumId w:val="8"/>
  </w:num>
  <w:num w:numId="2" w16cid:durableId="1563711222">
    <w:abstractNumId w:val="6"/>
  </w:num>
  <w:num w:numId="3" w16cid:durableId="1305701307">
    <w:abstractNumId w:val="5"/>
  </w:num>
  <w:num w:numId="4" w16cid:durableId="1441299203">
    <w:abstractNumId w:val="4"/>
  </w:num>
  <w:num w:numId="5" w16cid:durableId="1754548898">
    <w:abstractNumId w:val="7"/>
  </w:num>
  <w:num w:numId="6" w16cid:durableId="161819780">
    <w:abstractNumId w:val="3"/>
  </w:num>
  <w:num w:numId="7" w16cid:durableId="1356998327">
    <w:abstractNumId w:val="2"/>
  </w:num>
  <w:num w:numId="8" w16cid:durableId="917978229">
    <w:abstractNumId w:val="1"/>
  </w:num>
  <w:num w:numId="9" w16cid:durableId="1894124143">
    <w:abstractNumId w:val="0"/>
  </w:num>
  <w:num w:numId="10" w16cid:durableId="1706439239">
    <w:abstractNumId w:val="14"/>
  </w:num>
  <w:num w:numId="11" w16cid:durableId="1530921099">
    <w:abstractNumId w:val="9"/>
  </w:num>
  <w:num w:numId="12" w16cid:durableId="1847014163">
    <w:abstractNumId w:val="21"/>
  </w:num>
  <w:num w:numId="13" w16cid:durableId="719061881">
    <w:abstractNumId w:val="12"/>
  </w:num>
  <w:num w:numId="14" w16cid:durableId="1292518617">
    <w:abstractNumId w:val="20"/>
  </w:num>
  <w:num w:numId="15" w16cid:durableId="1466393698">
    <w:abstractNumId w:val="23"/>
  </w:num>
  <w:num w:numId="16" w16cid:durableId="1112626539">
    <w:abstractNumId w:val="15"/>
  </w:num>
  <w:num w:numId="17" w16cid:durableId="780684201">
    <w:abstractNumId w:val="11"/>
  </w:num>
  <w:num w:numId="18" w16cid:durableId="91972880">
    <w:abstractNumId w:val="17"/>
  </w:num>
  <w:num w:numId="19" w16cid:durableId="1981111571">
    <w:abstractNumId w:val="16"/>
  </w:num>
  <w:num w:numId="20" w16cid:durableId="2036808529">
    <w:abstractNumId w:val="19"/>
  </w:num>
  <w:num w:numId="21" w16cid:durableId="1051928539">
    <w:abstractNumId w:val="13"/>
  </w:num>
  <w:num w:numId="22" w16cid:durableId="780296577">
    <w:abstractNumId w:val="10"/>
  </w:num>
  <w:num w:numId="23" w16cid:durableId="1546065576">
    <w:abstractNumId w:val="18"/>
  </w:num>
  <w:num w:numId="24" w16cid:durableId="11256626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AB"/>
    <w:rsid w:val="00034616"/>
    <w:rsid w:val="0006063C"/>
    <w:rsid w:val="0015074B"/>
    <w:rsid w:val="001A7790"/>
    <w:rsid w:val="001C3215"/>
    <w:rsid w:val="001C56CE"/>
    <w:rsid w:val="002708B5"/>
    <w:rsid w:val="0029639D"/>
    <w:rsid w:val="00326F90"/>
    <w:rsid w:val="003C24A1"/>
    <w:rsid w:val="00465017"/>
    <w:rsid w:val="00576A5D"/>
    <w:rsid w:val="00595DFE"/>
    <w:rsid w:val="008802F7"/>
    <w:rsid w:val="0088642D"/>
    <w:rsid w:val="0097703E"/>
    <w:rsid w:val="00A148DE"/>
    <w:rsid w:val="00AA1D8D"/>
    <w:rsid w:val="00B47730"/>
    <w:rsid w:val="00B71182"/>
    <w:rsid w:val="00BD3199"/>
    <w:rsid w:val="00CB0664"/>
    <w:rsid w:val="00D20CDF"/>
    <w:rsid w:val="00E23ED1"/>
    <w:rsid w:val="00F53DF1"/>
    <w:rsid w:val="00F54E2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35E15B"/>
  <w14:defaultImageDpi w14:val="300"/>
  <w15:docId w15:val="{3DBD8B08-D7B0-4278-8DB3-E1CC62356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czeinternetowe">
    <w:name w:val="Łącze internetowe"/>
    <w:basedOn w:val="Domylnaczcionkaakapitu"/>
    <w:rsid w:val="00F53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\Users\\marczada\\AppData\\Local\\Microsoft\\Windows\\INetCache\\Content.Outlook\\VYB1C11N\\wpisa&#263;%20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1231</Words>
  <Characters>7386</Characters>
  <Application>Microsoft Office Word</Application>
  <DocSecurity>0</DocSecurity>
  <Lines>61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Grażyna Marczak</cp:lastModifiedBy>
  <cp:revision>5</cp:revision>
  <cp:lastPrinted>2026-05-20T09:14:00Z</cp:lastPrinted>
  <dcterms:created xsi:type="dcterms:W3CDTF">2026-05-19T17:12:00Z</dcterms:created>
  <dcterms:modified xsi:type="dcterms:W3CDTF">2026-05-25T13:36:00Z</dcterms:modified>
  <cp:category/>
</cp:coreProperties>
</file>